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דדלוס ואיקרוס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דדלוס ואיקרוס מהמיתולוגיה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מושג המטמורפוזה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המסר שבסיפור ולקשר אותו לחיים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ממציא ואדריכל מוכשר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מבוך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נוצות, חוטים ושעווה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מינוס אסר עליהם לעזוב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עלה גבוה מדי בגלל ההתרגשות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כנפיים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החלק לבין פירושו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(הממציא שבנה את הכנפיים)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(הבן שעף גבוה מדי)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(המלך שאסר עליהם לעזוב)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(מבוך ענק שנבנה בכרתים)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מינוס מבקש מדדלוס לבנות מבוך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מינוס אוסר על דדלוס ואיקרוס לעזוב את האי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דדלוס בונה כנפיים מנוצות, חוטים ושעווה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האב מזהיר את הבן לטוס בדרך האמצע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יכתבו מכתב אישי המבטא צער, אהבה, ואולי תחושת אשמה או געגוע, תוך התייחסות לאירועי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הכוללת נימוק מבוסס על הסיפור, למשל: איקרוס לא שמע לעצה, אך דדלוס לא פיקח עליו מספיק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נוצות, חוטים ושעווה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לטוס בדרך האמצע; הוא עף גבוה מדי והשעווה נמסה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חשיבות האיזון, שמיעה לעצות ההורים, זהירות מהתלהבות יתר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בשאלה על האחריות לפני מעבר למשימת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הסיפור למטמורפוזות אחרות שנלמדו ביחידה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דדלוס ואיקרוס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הסיפור על דדלוס ואיקרוס מספר על ממציא מוכשר ובנו, שבורחים מהאי כרתים בעזרת כנפיים מלאכותיות. הסיפור מלמד על חשיבות האיזון ושמיעה לעצות.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מינוס  ·  כנפיים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היה דדלוס?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מלך כרתים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ממציא ואדריכל מוכשר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אל יווני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ביקש מינוס מדדלוס לבנות?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מבוך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ממה עשה דדלוס את הכנפיים?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בד ומשי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 דפנה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נוצות, חוטים ושעווה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דדלוס ואיקרוס היו חופשיים לעזוב את האי כרתים בכל דרך שרצו.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איקרוס שמע בקול אביו ושמר על גובה בינוני כל הטיסה.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המלך __________ ביקש מדדלוס לבנות מבוך ענק.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דדלוס בנה שני זוגות __________ מנוצות, חוטים ושעווה.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החלק לבין פירושו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דדלוס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המלך שאסר עליהם לעזוב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איקרוס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מבוך ענק שנבנה בכרתים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מינוס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הממציא שבנה את הכנפיים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הלבירינת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הבן שעף גבוה מדי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מינוס אוסר על דדלוס ואיקרוס לעזוב את האי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מינוס מבקש מדדלוס לבנות מבוך ענק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האב מזהיר את הבן לטוס בדרך האמצע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דדלוס בונה כנפיים מנוצות, חוטים ושעווה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קצר מדדלוס לאיקרוס, אחרי מותו, שבו הוא מבטא את רגשותיו.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דעתכם – מי אחראי לאסון: איקרוס, דדלוס או שניהם? נמקו את תשובתכם.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ממה עשה דדלוס את הכנפיים?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הייתה עצת האב לבנו ומה קרה כשהוא לא שמע 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דדלוס ואיקרוס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