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דדלוס ואיקרוס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דדלוס ואיקרוס מהמיתולוגיה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מושג המטמורפוזה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המסר שבסיפור ולקשר אותו לחיים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ממציא ואדריכל מוכשר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מבוך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נוצות, חוטים ושעווה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לטוס בדרך האמצע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הם היו חסומים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השמש המיסה את השעווה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מינוס אסר עליהם לעזוב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עלה גבוה מדי בגלל ההתרגשות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הים נקרא הים האיקרי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הכנפיים נבנו מנוצות, חוטים ושעווה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צוין בפתיחת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איקרי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החלק לבין פירושו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(הממציא שבנה את הכנפיים)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(הבן שעף גבוה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(המלך שאסר עליהם לעזוב)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(מבוך ענק שנבנה בכרתים)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(נמסה בחום השמש)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מינוס מבקש מדדלוס לבנות מבוך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מינוס אוסר על דדלוס ואיקרוס לעזוב את האי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דדלוס בונה כנפיים מנוצות, חוטים ושעווה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האב מזהיר את הבן לטוס בדרך האמצע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איקרוס עף גבוה מדי והשעווה נמסה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איקרוס צונח אל 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מכתב אישי המבטא צער, אהבה, ואולי תחושת אשמה או געגוע, תוך התייחסות לאירועי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הכוללת נימוק מבוסס על הסיפור, למשל: איקרוס לא שמע לעצה, אך דדלוס לא פיקח עליו מספיק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נוצות, חוטים ושעווה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לטוס בדרך האמצע; הוא עף גבוה מדי והשעווה נמסה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חשיבות האיזון, שמיעה לעצות ההורים, זהירות מהתלהבות יתר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בשאלה על האחריות לפני מעבר למשימת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הסיפור למטמורפוזות אחרות שנלמדו ביחידה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דדלוס ואיקרוס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סיפור יווני עתיק על אבא ובן שבורחים באוויר עם כנפיים. הבן לא שומע לעצת אביו וקורה לו אסון.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דדלוס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ממציא ואדריכל מוכשר מהסיפור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איקרוס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בנו של דדלוס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מינוס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מלך כרתים ששלט על דדלוס ואיקרוס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הלבירינת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מבוך ענק שדדלוס בנה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מטמורפוזה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צורה, הפיכה לדבר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רך שנמס בחום, חיבר את הכנפיים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הים האיקרי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הים שנקרא על שם איקרוס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דדלוס עשה בחיים?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מלך כרתים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ממציא ואדריכל מוכשר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יווני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דדלוס בנה למלך?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מבוך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חומר הכנפיים?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 ומשי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 דפנה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נוצות, חוטים ושעווה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וברזל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אבא אמר לבן לפני הטיסה?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לטוס בדרך האמצע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לטוס צמוד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לטוס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לטוס הכי גבוה שאפשר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הם בחרו לברוח דרך השמים?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היה להם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היו חסומים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לא ידעו לשחות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היה להם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קרה לכנפיים כשהוא עף גבוה?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ראה את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השמש המיסה את השעווה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הנוצות התחזקו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חזר מיד לאביו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דדלוס ואיקרוס היו חופשיים לעזוב את האי כרתים בכל דרך שרצו.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איקרוס שמע בקול אביו ושמר על גובה בינוני כל הטיסה.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הים שבו צנח איקרוס נקרא על שמו עד היום.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דדלוס בנה את הכנפיים מברזל ועץ.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מבוסס על עיבוד חופשי ליצירת אובידיוס.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המלך __________ ביקש מדדלוס לבנות מבוך ענק.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דדלוס בנה שני זוגות __________ מנוצות, חוטים ושעווה.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האב הזהיר את בנו לטוס בדרך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המיסה את השעווה כשאיקרוס עף גבוה מדי.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הים שבו צנח איקרוס נקרא ״הים ה__________״.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החלק לבין פירושו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דדלוס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המלך שאסר עליהם לעזוב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איקרוס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מבוך ענק שנבנה בכרתים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מינוס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נמסה בחום השמש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הלבירינת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הממציא שבנה את הכנפיים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השעווה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הבן שעף גבוה מדי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איקרוס צונח אל הים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דדלוס בונה כנפיים מנוצות, חוטים ושעווה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האב מזהיר את הבן לטוס בדרך האמצע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איקרוס עף גבוה מדי והשעווה נמסה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מינוס מבקש מדדלוס לבנות מבוך ענק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מינוס אוסר על דדלוס ואיקרוס לעזוב את האי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מדדלוס לאיקרוס, אחרי מותו, שבו הוא מבטא את רגשותיו.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דעתכם – מי אחראי לאסון: איקרוס, דדלוס או שניהם? נמקו את תשובתכם.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ממה עשה דדלוס את הכנפיים?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עצת האב לבנו ומה קרה כשהוא לא שמע 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דעתכם, מה המסר המרכזי של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דדלוס ואיקרוס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