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דדלוס ואיקרוס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המטמורפוזה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המסר שבסיפור ולקשר אותו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ממציא ואדריכל מוכשר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לטוס בדרך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היו חסומים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השמש המיסה את השעווה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מינוס אסר עליהם לעזוב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עלה גבוה מדי בגלל ההתרגשות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הים נקרא הים האיקרי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הכנפיים נבנו מנוצות,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בפתיחת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לבין 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(הממציא שבנה את הכנפיים)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(הבן שעף גבוה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(המלך שאסר עליהם לעזוב)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(מבוך ענק שנבנה בכרתים)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(נמסה בחום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מינוס מבקש מדדלוס לבנות מבוך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מינוס אוסר על דדלוס ואיקרוס לעזוב את האי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דדלוס בונה כנפיים מנוצות,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האב מזהיר את הבן לטוס בדרך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איקרוס עף גבוה מדי והשעווה נמסה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איקרוס צונח אל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מכתב אישי המבטא צער, אהבה, ואולי תחושת אשמה או געגוע, תוך התייחסות לאירועי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נימוק מבוסס על הסיפור, למשל: איקרוס לא שמע לעצה, אך דדלוס לא פיקח עליו מספיק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נוצות, חוטים ושעווה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לטוס בדרך האמצע; הוא עף גבוה מדי והשעווה נמסה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האיזון, שמיעה לעצות ההורים, זהירות מהתלהבות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האחריות לפני 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הסיפור למטמורפוזות אחרות שנלמדו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דדלוס ואיקרוס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על דדלוס ואיקרוס מספר על ממציא מוכשר ובנו, שבורחים מהאי כרתים בעזרת כנפיים מלאכותיות. הסיפור מלמד על חשיבות האיזון ושמיעה לעצות.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דדלוס?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כרתים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ממציא ואדריכל מוכשר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מינוס מדדלוס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מבוך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עשה דדלוס את הכנפיים?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נוצות, חוטים ושעווה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עצת האב לבנו?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לטוס בדרך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לטוס צמוד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לטוס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לטוס הכי גבוה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לא יכלו דדלוס ואיקרוס לברוח ביבשה או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היה להם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היו חסומים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ידעו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להם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כשאיקרוס עף גבוה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ראה את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המיסה את השעווה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הנוצות התחזקו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חזר מיד לאביו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ואיקרוס היו חופשיים לעזוב את האי כרתים בכל דרך שרצו.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שמע בקול אביו ושמר על גובה בינוני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שבו צנח איקרוס נקרא על שמו עד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בנה את הכנפיים מברזל ועץ.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עיבוד חופשי ליצירת אובידיוס.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המלך __________ ביקש מדדלוס לבנות מבוך ענק.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דדלוס בנה שני זוגות __________ מנוצות, חוטים ושעווה.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האב הזהיר את בנו לטוס בדרך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המיסה את השעווה כשאיקרוס עף גבוה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הים שבו צנח איקרוס נקרא ״הים ה__________״.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 לבין 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דדלוס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מבוך ענק שנבנה בכרתים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המלך שאסר עליהם לעזוב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הממציא שבנה את הכנפיים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הלבירינת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נמסה בחום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השעווה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הבן שעף גבוה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צונח אל 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איקרוס עף גבוה מדי והשעווה נמסה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בונה כנפיים מנוצות, חוטים ושעווה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מזהיר את הבן לטוס בדרך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מבקש מדדלוס לבנות מבוך ענק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אוסר על דדלוס ואיקרוס לעזוב את האי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מדדלוס לאיקרוס, אחרי מותו, שבו הוא מבטא את רגשותיו.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מי אחראי לאסון: איקרוס, דדלוס או שניהם?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עשה דדלוס את הכנפיים?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עצת האב לבנו ומה קרה כשהוא לא שמע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דעתכם, מה המסר המרכזי של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דדלוס ואיקרוס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